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1E1B4B"/>
          </w:tcPr>
          <w:p>
            <w:pPr>
              <w:spacing w:before="200"/>
              <w:ind w:left="227"/>
            </w:pPr>
            <w:r>
              <w:rPr>
                <w:rFonts w:ascii="Calibri" w:hAnsi="Calibri" w:eastAsia="Calibri"/>
                <w:b/>
                <w:i w:val="0"/>
                <w:color w:val="FFFFFF"/>
                <w:sz w:val="36"/>
              </w:rPr>
              <w:t>RECIBO DE PAGAMENTO</w:t>
            </w:r>
          </w:p>
          <w:p>
            <w:pPr>
              <w:spacing w:after="200"/>
              <w:ind w:left="227"/>
            </w:pPr>
            <w:r>
              <w:rPr>
                <w:rFonts w:ascii="Calibri" w:hAnsi="Calibri" w:eastAsia="Calibri"/>
                <w:b w:val="0"/>
                <w:i w:val="0"/>
                <w:color w:val="DDDDEE"/>
                <w:sz w:val="20"/>
              </w:rPr>
              <w:t>Comprovante simples para quem recebe por serviço ou venda — duas vias na mesma página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c>
          <w:tcPr>
            <w:tcW w:type="dxa" w:w="9412"/>
            <w:shd w:val="clear" w:color="auto" w:fill="FFF8DC"/>
          </w:tcPr>
          <w:p>
            <w:r>
              <w:rPr>
                <w:rFonts w:ascii="Calibri" w:hAnsi="Calibri" w:eastAsia="Calibri"/>
                <w:b/>
                <w:i w:val="0"/>
                <w:color w:val="B07D00"/>
                <w:sz w:val="18"/>
              </w:rPr>
              <w:t xml:space="preserve">COMO USAR ESTE MODELO  </w:t>
            </w:r>
            <w:r>
              <w:rPr>
                <w:rFonts w:ascii="Calibri" w:hAnsi="Calibri" w:eastAsia="Calibri"/>
                <w:b w:val="0"/>
                <w:i/>
                <w:color w:val="8A8AA3"/>
                <w:sz w:val="18"/>
              </w:rPr>
              <w:t>(apague este quadro antes de enviar)</w:t>
            </w:r>
          </w:p>
          <w:p>
            <w:pPr>
              <w:spacing w:after="20"/>
            </w:pP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>•  Preencha os campos em amarelo. Valor por extenso evita discussão.</w:t>
            </w:r>
          </w:p>
          <w:p>
            <w:pPr>
              <w:spacing w:after="20"/>
            </w:pP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>•  Para MEI: recibo não substitui a nota fiscal quando o cliente é empresa — emita a NFS‑e/NF‑e e use o recibo como complemento.</w:t>
            </w:r>
          </w:p>
          <w:p>
            <w:pPr>
              <w:spacing w:after="120"/>
            </w:pP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>•  A segunda via é para você; a primeira, para quem pagou.</w:t>
            </w:r>
          </w:p>
        </w:tc>
      </w:tr>
    </w:tbl>
    <w:p>
      <w:pPr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6" w:color="1E1B4B"/>
          <w:insideH w:val="single" w:sz="6" w:color="1E1B4B"/>
        </w:tblBorders>
      </w:tblPr>
      <w:tblGrid>
        <w:gridCol w:w="9412"/>
      </w:tblGrid>
      <w:tr>
        <w:tc>
          <w:tcPr>
            <w:tcW w:type="dxa" w:w="9412"/>
          </w:tcPr>
          <w:p>
            <w:r>
              <w:rPr>
                <w:rFonts w:ascii="Calibri" w:hAnsi="Calibri" w:eastAsia="Calibri"/>
                <w:b/>
                <w:i w:val="0"/>
                <w:color w:val="1E1B4B"/>
                <w:sz w:val="26"/>
              </w:rPr>
              <w:t xml:space="preserve">RECIBO  </w:t>
            </w:r>
            <w:r>
              <w:rPr>
                <w:rFonts w:ascii="Calibri" w:hAnsi="Calibri" w:eastAsia="Calibri"/>
                <w:b/>
                <w:i w:val="0"/>
                <w:color w:val="8A8AA3"/>
                <w:sz w:val="20"/>
              </w:rPr>
              <w:t xml:space="preserve">Nº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[0001]</w:t>
            </w:r>
            <w:r>
              <w:rPr>
                <w:rFonts w:ascii="Calibri" w:hAnsi="Calibri" w:eastAsia="Calibri"/>
                <w:b/>
                <w:i w:val="0"/>
                <w:color w:val="8A8AA3"/>
                <w:sz w:val="20"/>
              </w:rPr>
              <w:t xml:space="preserve">        VALOR 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4"/>
                <w:shd w:val="clear" w:color="auto" w:fill="FFF3B0"/>
              </w:rPr>
              <w:t>R$ [0,00]</w:t>
            </w:r>
            <w:r>
              <w:rPr>
                <w:rFonts w:ascii="Calibri" w:hAnsi="Calibri" w:eastAsia="Calibri"/>
                <w:b/>
                <w:i w:val="0"/>
                <w:color w:val="8A8AA3"/>
                <w:sz w:val="17"/>
              </w:rPr>
              <w:t xml:space="preserve">        1ª VIA — PAGADOR</w:t>
            </w:r>
          </w:p>
          <w:p>
            <w:pPr>
              <w:jc w:val="both"/>
            </w:pP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Recebi de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[nome de quem pagou]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CPF/CNPJ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[000.000.000-00]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a importância de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R$ [0,00]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 (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[valor por extenso]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), referente a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[descrição do serviço/produto — ex.: criação de logotipo, conforme proposta nº 2026-001]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pago via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[Pix / dinheiro / cartão / transferência]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>, pelo que dou plena e geral quitação do valor acima.</w:t>
            </w:r>
          </w:p>
          <w:p>
            <w:pPr>
              <w:jc w:val="right"/>
            </w:pP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[Cidade]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0"/>
              </w:rPr>
              <w:t xml:space="preserve">,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[dd/mm/aaaa]</w:t>
            </w:r>
          </w:p>
          <w:p>
            <w:pPr>
              <w:spacing w:before="32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4B4B63"/>
                <w:sz w:val="20"/>
              </w:rPr>
              <w:t>________________________________________</w:t>
            </w:r>
          </w:p>
          <w:p>
            <w:pPr>
              <w:spacing w:after="200"/>
              <w:jc w:val="center"/>
            </w:pP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[Seu nome / razão social]</w:t>
            </w: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 xml:space="preserve"> · CPF/CNPJ </w:t>
            </w:r>
            <w:r>
              <w:rPr>
                <w:rFonts w:ascii="Calibri" w:hAnsi="Calibri" w:eastAsia="Calibri"/>
                <w:b/>
                <w:i w:val="0"/>
                <w:color w:val="B07D00"/>
                <w:sz w:val="19"/>
                <w:shd w:val="clear" w:color="auto" w:fill="FFF3B0"/>
              </w:rPr>
              <w:t>[000.000.000-00]</w:t>
            </w: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 xml:space="preserve"> · </w:t>
            </w:r>
            <w:r>
              <w:rPr>
                <w:rFonts w:ascii="Calibri" w:hAnsi="Calibri" w:eastAsia="Calibri"/>
                <w:b/>
                <w:i w:val="0"/>
                <w:color w:val="B07D00"/>
                <w:sz w:val="19"/>
                <w:shd w:val="clear" w:color="auto" w:fill="FFF3B0"/>
              </w:rPr>
              <w:t>[telefone / e-mail]</w:t>
            </w:r>
          </w:p>
        </w:tc>
      </w:tr>
    </w:tbl>
    <w:p>
      <w:pPr>
        <w:spacing w:after="200" w:before="0"/>
        <w:jc w:val="center"/>
      </w:pPr>
      <w:r>
        <w:rPr>
          <w:rFonts w:ascii="Calibri" w:hAnsi="Calibri" w:eastAsia="Calibri"/>
          <w:b w:val="0"/>
          <w:i w:val="0"/>
          <w:color w:val="8A8AA3"/>
          <w:sz w:val="16"/>
        </w:rPr>
        <w:t xml:space="preserve">✂ - - - - - - - - - - - - - - - - - - - - - - - - - - - - - - - - - - - - - - - - - - - - - - - - - - - - - - - - - - - - 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6" w:color="1E1B4B"/>
          <w:insideH w:val="single" w:sz="6" w:color="1E1B4B"/>
        </w:tblBorders>
      </w:tblPr>
      <w:tblGrid>
        <w:gridCol w:w="9412"/>
      </w:tblGrid>
      <w:tr>
        <w:tc>
          <w:tcPr>
            <w:tcW w:type="dxa" w:w="9412"/>
          </w:tcPr>
          <w:p>
            <w:r>
              <w:rPr>
                <w:rFonts w:ascii="Calibri" w:hAnsi="Calibri" w:eastAsia="Calibri"/>
                <w:b/>
                <w:i w:val="0"/>
                <w:color w:val="1E1B4B"/>
                <w:sz w:val="26"/>
              </w:rPr>
              <w:t xml:space="preserve">RECIBO  </w:t>
            </w:r>
            <w:r>
              <w:rPr>
                <w:rFonts w:ascii="Calibri" w:hAnsi="Calibri" w:eastAsia="Calibri"/>
                <w:b/>
                <w:i w:val="0"/>
                <w:color w:val="8A8AA3"/>
                <w:sz w:val="20"/>
              </w:rPr>
              <w:t xml:space="preserve">Nº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[0001]</w:t>
            </w:r>
            <w:r>
              <w:rPr>
                <w:rFonts w:ascii="Calibri" w:hAnsi="Calibri" w:eastAsia="Calibri"/>
                <w:b/>
                <w:i w:val="0"/>
                <w:color w:val="8A8AA3"/>
                <w:sz w:val="20"/>
              </w:rPr>
              <w:t xml:space="preserve">        VALOR 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4"/>
                <w:shd w:val="clear" w:color="auto" w:fill="FFF3B0"/>
              </w:rPr>
              <w:t>R$ [0,00]</w:t>
            </w:r>
            <w:r>
              <w:rPr>
                <w:rFonts w:ascii="Calibri" w:hAnsi="Calibri" w:eastAsia="Calibri"/>
                <w:b/>
                <w:i w:val="0"/>
                <w:color w:val="8A8AA3"/>
                <w:sz w:val="17"/>
              </w:rPr>
              <w:t xml:space="preserve">        2ª VIA — RECEBEDOR</w:t>
            </w:r>
          </w:p>
          <w:p>
            <w:pPr>
              <w:jc w:val="both"/>
            </w:pP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Recebi de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[nome de quem pagou]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CPF/CNPJ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[000.000.000-00]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a importância de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R$ [0,00]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 (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[valor por extenso]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), referente a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[descrição do serviço/produto — ex.: criação de logotipo, conforme proposta nº 2026-001]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 xml:space="preserve">, pago via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1"/>
                <w:shd w:val="clear" w:color="auto" w:fill="FFF3B0"/>
              </w:rPr>
              <w:t>[Pix / dinheiro / cartão / transferência]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1"/>
              </w:rPr>
              <w:t>, pelo que dou plena e geral quitação do valor acima.</w:t>
            </w:r>
          </w:p>
          <w:p>
            <w:pPr>
              <w:jc w:val="right"/>
            </w:pP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[Cidade]</w:t>
            </w:r>
            <w:r>
              <w:rPr>
                <w:rFonts w:ascii="Calibri" w:hAnsi="Calibri" w:eastAsia="Calibri"/>
                <w:b w:val="0"/>
                <w:i w:val="0"/>
                <w:color w:val="1E1B4B"/>
                <w:sz w:val="20"/>
              </w:rPr>
              <w:t xml:space="preserve">, </w:t>
            </w: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[dd/mm/aaaa]</w:t>
            </w:r>
          </w:p>
          <w:p>
            <w:pPr>
              <w:spacing w:before="320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4B4B63"/>
                <w:sz w:val="20"/>
              </w:rPr>
              <w:t>________________________________________</w:t>
            </w:r>
          </w:p>
          <w:p>
            <w:pPr>
              <w:spacing w:after="200"/>
              <w:jc w:val="center"/>
            </w:pPr>
            <w:r>
              <w:rPr>
                <w:rFonts w:ascii="Calibri" w:hAnsi="Calibri" w:eastAsia="Calibri"/>
                <w:b/>
                <w:i w:val="0"/>
                <w:color w:val="B07D00"/>
                <w:sz w:val="20"/>
                <w:shd w:val="clear" w:color="auto" w:fill="FFF3B0"/>
              </w:rPr>
              <w:t>[Seu nome / razão social]</w:t>
            </w: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 xml:space="preserve"> · CPF/CNPJ </w:t>
            </w:r>
            <w:r>
              <w:rPr>
                <w:rFonts w:ascii="Calibri" w:hAnsi="Calibri" w:eastAsia="Calibri"/>
                <w:b/>
                <w:i w:val="0"/>
                <w:color w:val="B07D00"/>
                <w:sz w:val="19"/>
                <w:shd w:val="clear" w:color="auto" w:fill="FFF3B0"/>
              </w:rPr>
              <w:t>[000.000.000-00]</w:t>
            </w:r>
            <w:r>
              <w:rPr>
                <w:rFonts w:ascii="Calibri" w:hAnsi="Calibri" w:eastAsia="Calibri"/>
                <w:b w:val="0"/>
                <w:i w:val="0"/>
                <w:color w:val="4B4B63"/>
                <w:sz w:val="19"/>
              </w:rPr>
              <w:t xml:space="preserve"> · </w:t>
            </w:r>
            <w:r>
              <w:rPr>
                <w:rFonts w:ascii="Calibri" w:hAnsi="Calibri" w:eastAsia="Calibri"/>
                <w:b/>
                <w:i w:val="0"/>
                <w:color w:val="B07D00"/>
                <w:sz w:val="19"/>
                <w:shd w:val="clear" w:color="auto" w:fill="FFF3B0"/>
              </w:rPr>
              <w:t>[telefone / e-mail]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8A8AA3"/>
        <w:sz w:val="16"/>
      </w:rPr>
      <w:t>Modelo Saigg Digital · saiggdigital.com.br · Adapte ao seu caso. Este modelo é uma base e não substitui orientação jurídica.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